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F13231" w14:textId="47427053" w:rsidR="009950A8" w:rsidRDefault="002C6BF9">
      <w:pPr>
        <w:pStyle w:val="1"/>
        <w:rPr>
          <w:lang w:eastAsia="ja-JP"/>
        </w:rPr>
      </w:pPr>
      <w:r>
        <w:rPr>
          <w:lang w:eastAsia="ja-JP"/>
        </w:rPr>
        <w:t>オプトアウト文書</w:t>
      </w:r>
    </w:p>
    <w:p w14:paraId="681F6933" w14:textId="379DDCB6" w:rsidR="009950A8" w:rsidRDefault="002C6BF9">
      <w:pPr>
        <w:rPr>
          <w:lang w:eastAsia="ja-JP"/>
        </w:rPr>
      </w:pPr>
      <w:r>
        <w:rPr>
          <w:lang w:eastAsia="ja-JP"/>
        </w:rPr>
        <w:t>第</w:t>
      </w:r>
      <w:r>
        <w:rPr>
          <w:lang w:eastAsia="ja-JP"/>
        </w:rPr>
        <w:t>1.0</w:t>
      </w:r>
      <w:r>
        <w:rPr>
          <w:lang w:eastAsia="ja-JP"/>
        </w:rPr>
        <w:t xml:space="preserve">版　</w:t>
      </w:r>
      <w:r>
        <w:rPr>
          <w:lang w:eastAsia="ja-JP"/>
        </w:rPr>
        <w:t>20</w:t>
      </w:r>
      <w:r>
        <w:rPr>
          <w:rFonts w:hint="eastAsia"/>
          <w:lang w:eastAsia="ja-JP"/>
        </w:rPr>
        <w:t>26</w:t>
      </w:r>
      <w:r>
        <w:rPr>
          <w:lang w:eastAsia="ja-JP"/>
        </w:rPr>
        <w:t>年</w:t>
      </w:r>
      <w:r w:rsidR="00495BBF">
        <w:rPr>
          <w:rFonts w:hint="eastAsia"/>
          <w:lang w:eastAsia="ja-JP"/>
        </w:rPr>
        <w:t>6</w:t>
      </w:r>
      <w:r>
        <w:rPr>
          <w:lang w:eastAsia="ja-JP"/>
        </w:rPr>
        <w:t>月</w:t>
      </w:r>
      <w:r>
        <w:rPr>
          <w:rFonts w:hint="eastAsia"/>
          <w:lang w:eastAsia="ja-JP"/>
        </w:rPr>
        <w:t>2</w:t>
      </w:r>
      <w:r w:rsidR="00495BBF">
        <w:rPr>
          <w:rFonts w:hint="eastAsia"/>
          <w:lang w:eastAsia="ja-JP"/>
        </w:rPr>
        <w:t>4</w:t>
      </w:r>
      <w:r>
        <w:rPr>
          <w:lang w:eastAsia="ja-JP"/>
        </w:rPr>
        <w:t>日作成</w:t>
      </w:r>
    </w:p>
    <w:p w14:paraId="1813BCD8" w14:textId="77777777" w:rsidR="009950A8" w:rsidRDefault="002C6BF9">
      <w:pPr>
        <w:pStyle w:val="21"/>
        <w:rPr>
          <w:lang w:eastAsia="ja-JP"/>
        </w:rPr>
      </w:pPr>
      <w:r>
        <w:rPr>
          <w:lang w:eastAsia="ja-JP"/>
        </w:rPr>
        <w:t>＜聖マリアンナ医科大学病院を受診された患者さんへ＞</w:t>
      </w:r>
    </w:p>
    <w:p w14:paraId="484072D9" w14:textId="5F2AD28A" w:rsidR="009950A8" w:rsidRDefault="00595A9A">
      <w:pPr>
        <w:rPr>
          <w:lang w:eastAsia="ja-JP"/>
        </w:rPr>
      </w:pPr>
      <w:r w:rsidRPr="00595A9A">
        <w:rPr>
          <w:lang w:eastAsia="ja-JP"/>
        </w:rPr>
        <w:t>当院では下記の臨床研究を実施いたします。本研究の対象者に該当する可能性のある方で，ご自分あるいはご家族の</w:t>
      </w:r>
      <w:r w:rsidR="00E203E5">
        <w:rPr>
          <w:rFonts w:hint="eastAsia"/>
          <w:lang w:eastAsia="ja-JP"/>
        </w:rPr>
        <w:t>画像診断</w:t>
      </w:r>
      <w:r w:rsidR="00E203E5" w:rsidRPr="00E203E5">
        <w:rPr>
          <w:lang w:eastAsia="ja-JP"/>
        </w:rPr>
        <w:t>業務記録情報</w:t>
      </w:r>
      <w:r w:rsidR="00E203E5">
        <w:rPr>
          <w:rFonts w:hint="eastAsia"/>
          <w:lang w:eastAsia="ja-JP"/>
        </w:rPr>
        <w:t>等</w:t>
      </w:r>
      <w:r w:rsidRPr="00595A9A">
        <w:rPr>
          <w:lang w:eastAsia="ja-JP"/>
        </w:rPr>
        <w:t>を研究目的に利用されることを希望されない場合は，</w:t>
      </w:r>
      <w:r w:rsidRPr="00595A9A">
        <w:rPr>
          <w:lang w:eastAsia="ja-JP"/>
        </w:rPr>
        <w:t>2026</w:t>
      </w:r>
      <w:r w:rsidRPr="00595A9A">
        <w:rPr>
          <w:lang w:eastAsia="ja-JP"/>
        </w:rPr>
        <w:t>年</w:t>
      </w:r>
      <w:r w:rsidRPr="00595A9A">
        <w:rPr>
          <w:lang w:eastAsia="ja-JP"/>
        </w:rPr>
        <w:t>11</w:t>
      </w:r>
      <w:r w:rsidRPr="00595A9A">
        <w:rPr>
          <w:lang w:eastAsia="ja-JP"/>
        </w:rPr>
        <w:t>月</w:t>
      </w:r>
      <w:r w:rsidRPr="00595A9A">
        <w:rPr>
          <w:lang w:eastAsia="ja-JP"/>
        </w:rPr>
        <w:t>30</w:t>
      </w:r>
      <w:r w:rsidRPr="00595A9A">
        <w:rPr>
          <w:lang w:eastAsia="ja-JP"/>
        </w:rPr>
        <w:t>日までに後述の問い合わせ先までご連絡ください。お申し出があった場合には，解析対象より除外いたします。なお，お申し出がなかった場合には，研究への情報利用についてご了承いただいたものとさせていただきます。</w:t>
      </w:r>
      <w:r w:rsidR="002C6BF9">
        <w:rPr>
          <w:lang w:eastAsia="ja-JP"/>
        </w:rPr>
        <w:br/>
      </w:r>
      <w:r w:rsidR="002C6BF9">
        <w:rPr>
          <w:lang w:eastAsia="ja-JP"/>
        </w:rPr>
        <w:br/>
      </w:r>
      <w:r w:rsidR="002C6BF9">
        <w:rPr>
          <w:lang w:eastAsia="ja-JP"/>
        </w:rPr>
        <w:t>本研究は聖マリアンナ医科大学生命倫理委員会（臨床試験部会）にて審議され学長の許可を得て実施しております。</w:t>
      </w:r>
    </w:p>
    <w:p w14:paraId="6B82DA80" w14:textId="77777777" w:rsidR="00EA0CC8" w:rsidRDefault="002C6BF9">
      <w:pPr>
        <w:pStyle w:val="31"/>
        <w:rPr>
          <w:lang w:eastAsia="ja-JP"/>
        </w:rPr>
      </w:pPr>
      <w:r>
        <w:rPr>
          <w:lang w:eastAsia="ja-JP"/>
        </w:rPr>
        <w:t>研究課題名</w:t>
      </w:r>
    </w:p>
    <w:p w14:paraId="33BA27F3" w14:textId="77777777" w:rsidR="00495BBF" w:rsidRDefault="00495BBF">
      <w:pPr>
        <w:pStyle w:val="31"/>
        <w:rPr>
          <w:rFonts w:asciiTheme="minorHAnsi" w:eastAsiaTheme="minorEastAsia" w:hAnsiTheme="minorHAnsi" w:cstheme="minorBidi"/>
          <w:b w:val="0"/>
          <w:bCs w:val="0"/>
          <w:color w:val="auto"/>
          <w:lang w:eastAsia="ja-JP"/>
        </w:rPr>
      </w:pPr>
      <w:r w:rsidRPr="00495BBF">
        <w:rPr>
          <w:rFonts w:asciiTheme="minorHAnsi" w:eastAsiaTheme="minorEastAsia" w:hAnsiTheme="minorHAnsi" w:cstheme="minorBidi"/>
          <w:b w:val="0"/>
          <w:bCs w:val="0"/>
          <w:color w:val="auto"/>
          <w:lang w:eastAsia="ja-JP"/>
        </w:rPr>
        <w:t>画像診断業務記録における通知記録の発生頻度と関連因子に関する後ろ向き観察研究</w:t>
      </w:r>
    </w:p>
    <w:p w14:paraId="677589E5" w14:textId="66B4735A" w:rsidR="009950A8" w:rsidRDefault="002C6BF9">
      <w:pPr>
        <w:pStyle w:val="31"/>
        <w:rPr>
          <w:lang w:eastAsia="ja-JP"/>
        </w:rPr>
      </w:pPr>
      <w:r>
        <w:rPr>
          <w:lang w:eastAsia="ja-JP"/>
        </w:rPr>
        <w:t xml:space="preserve">① </w:t>
      </w:r>
      <w:r>
        <w:rPr>
          <w:lang w:eastAsia="ja-JP"/>
        </w:rPr>
        <w:t>研究の目的</w:t>
      </w:r>
    </w:p>
    <w:p w14:paraId="62AE3523" w14:textId="77777777" w:rsidR="00595A9A" w:rsidRDefault="00595A9A" w:rsidP="00595A9A">
      <w:pPr>
        <w:rPr>
          <w:lang w:eastAsia="ja-JP"/>
        </w:rPr>
      </w:pPr>
      <w:r>
        <w:rPr>
          <w:rFonts w:hint="eastAsia"/>
          <w:lang w:eastAsia="ja-JP"/>
        </w:rPr>
        <w:t>本研究では，当院で実施された画像検査について，画像診断業務記録上確認できる通知記録の発生頻度を調査します。また，通知記録が，緊急検査，至急読影，夜間検査，性別，年齢とどのように関連するかを検討します。</w:t>
      </w:r>
    </w:p>
    <w:p w14:paraId="39DF90F1" w14:textId="2E3281E7" w:rsidR="009950A8" w:rsidRDefault="00595A9A" w:rsidP="00595A9A">
      <w:pPr>
        <w:rPr>
          <w:lang w:eastAsia="ja-JP"/>
        </w:rPr>
      </w:pPr>
      <w:r>
        <w:rPr>
          <w:rFonts w:hint="eastAsia"/>
          <w:lang w:eastAsia="ja-JP"/>
        </w:rPr>
        <w:t>本研究は，過去の検査実施情報および画像診断業務記録を用いる後ろ向き観察研究であり，新たな検査や治療は行いません。また，診療録本文，診療経過，処方，検査結果，治療内容，患者さんの転帰，画像所見の重症度，および医師個人の業務評価は研究対象としません。</w:t>
      </w:r>
    </w:p>
    <w:p w14:paraId="50C83FF9" w14:textId="77777777" w:rsidR="009950A8" w:rsidRDefault="002C6BF9">
      <w:pPr>
        <w:pStyle w:val="31"/>
        <w:rPr>
          <w:lang w:eastAsia="ja-JP"/>
        </w:rPr>
      </w:pPr>
      <w:r>
        <w:rPr>
          <w:lang w:eastAsia="ja-JP"/>
        </w:rPr>
        <w:t xml:space="preserve">② </w:t>
      </w:r>
      <w:r>
        <w:rPr>
          <w:lang w:eastAsia="ja-JP"/>
        </w:rPr>
        <w:t>研究対象について</w:t>
      </w:r>
    </w:p>
    <w:p w14:paraId="2D4B05CE" w14:textId="77777777" w:rsidR="00D1485D" w:rsidRPr="00D1485D" w:rsidRDefault="00D1485D" w:rsidP="00D1485D">
      <w:pPr>
        <w:rPr>
          <w:lang w:eastAsia="ja-JP"/>
        </w:rPr>
      </w:pPr>
      <w:r>
        <w:rPr>
          <w:lang w:eastAsia="ja-JP"/>
        </w:rPr>
        <w:t>以下の条件に該当する方が対象となります。</w:t>
      </w:r>
    </w:p>
    <w:p w14:paraId="16DC89D0" w14:textId="106BCD09" w:rsidR="009950A8" w:rsidRDefault="00595A9A">
      <w:pPr>
        <w:rPr>
          <w:lang w:eastAsia="ja-JP"/>
        </w:rPr>
      </w:pPr>
      <w:r w:rsidRPr="00595A9A">
        <w:rPr>
          <w:b/>
          <w:bCs/>
          <w:lang w:eastAsia="ja-JP"/>
        </w:rPr>
        <w:t>・</w:t>
      </w:r>
      <w:r w:rsidRPr="00595A9A">
        <w:rPr>
          <w:b/>
          <w:bCs/>
          <w:lang w:eastAsia="ja-JP"/>
        </w:rPr>
        <w:t>2026</w:t>
      </w:r>
      <w:r w:rsidRPr="00595A9A">
        <w:rPr>
          <w:b/>
          <w:bCs/>
          <w:lang w:eastAsia="ja-JP"/>
        </w:rPr>
        <w:t>年</w:t>
      </w:r>
      <w:r w:rsidRPr="00595A9A">
        <w:rPr>
          <w:b/>
          <w:bCs/>
          <w:lang w:eastAsia="ja-JP"/>
        </w:rPr>
        <w:t>1</w:t>
      </w:r>
      <w:r w:rsidRPr="00595A9A">
        <w:rPr>
          <w:b/>
          <w:bCs/>
          <w:lang w:eastAsia="ja-JP"/>
        </w:rPr>
        <w:t>月</w:t>
      </w:r>
      <w:r w:rsidRPr="00595A9A">
        <w:rPr>
          <w:b/>
          <w:bCs/>
          <w:lang w:eastAsia="ja-JP"/>
        </w:rPr>
        <w:t>1</w:t>
      </w:r>
      <w:r w:rsidRPr="00595A9A">
        <w:rPr>
          <w:b/>
          <w:bCs/>
          <w:lang w:eastAsia="ja-JP"/>
        </w:rPr>
        <w:t>日から</w:t>
      </w:r>
      <w:r w:rsidRPr="00595A9A">
        <w:rPr>
          <w:b/>
          <w:bCs/>
          <w:lang w:eastAsia="ja-JP"/>
        </w:rPr>
        <w:t>2026</w:t>
      </w:r>
      <w:r w:rsidRPr="00595A9A">
        <w:rPr>
          <w:b/>
          <w:bCs/>
          <w:lang w:eastAsia="ja-JP"/>
        </w:rPr>
        <w:t>年</w:t>
      </w:r>
      <w:r w:rsidRPr="00595A9A">
        <w:rPr>
          <w:b/>
          <w:bCs/>
          <w:lang w:eastAsia="ja-JP"/>
        </w:rPr>
        <w:t>6</w:t>
      </w:r>
      <w:r w:rsidRPr="00595A9A">
        <w:rPr>
          <w:b/>
          <w:bCs/>
          <w:lang w:eastAsia="ja-JP"/>
        </w:rPr>
        <w:t>月</w:t>
      </w:r>
      <w:r w:rsidRPr="00595A9A">
        <w:rPr>
          <w:b/>
          <w:bCs/>
          <w:lang w:eastAsia="ja-JP"/>
        </w:rPr>
        <w:t>17</w:t>
      </w:r>
      <w:r w:rsidRPr="00595A9A">
        <w:rPr>
          <w:b/>
          <w:bCs/>
          <w:lang w:eastAsia="ja-JP"/>
        </w:rPr>
        <w:t>日までの間に，当院で画像検査を受けられた方。</w:t>
      </w:r>
    </w:p>
    <w:p w14:paraId="259F9CD9" w14:textId="77777777" w:rsidR="009950A8" w:rsidRDefault="002C6BF9">
      <w:pPr>
        <w:pStyle w:val="31"/>
        <w:rPr>
          <w:lang w:eastAsia="ja-JP"/>
        </w:rPr>
      </w:pPr>
      <w:r>
        <w:rPr>
          <w:lang w:eastAsia="ja-JP"/>
        </w:rPr>
        <w:t xml:space="preserve">③ </w:t>
      </w:r>
      <w:r>
        <w:rPr>
          <w:lang w:eastAsia="ja-JP"/>
        </w:rPr>
        <w:t>研究実施期間</w:t>
      </w:r>
    </w:p>
    <w:p w14:paraId="7750F1B8" w14:textId="463BC72F" w:rsidR="009950A8" w:rsidRDefault="000F1B44">
      <w:pPr>
        <w:rPr>
          <w:lang w:eastAsia="ja-JP"/>
        </w:rPr>
      </w:pPr>
      <w:r w:rsidRPr="000F1B44">
        <w:rPr>
          <w:color w:val="EE0000"/>
          <w:lang w:eastAsia="ja-JP"/>
        </w:rPr>
        <w:t>研究機関の長の許可日</w:t>
      </w:r>
      <w:r w:rsidR="00D374BF">
        <w:rPr>
          <w:lang w:eastAsia="ja-JP"/>
        </w:rPr>
        <w:t>～</w:t>
      </w:r>
      <w:r w:rsidR="00D374BF">
        <w:rPr>
          <w:lang w:eastAsia="ja-JP"/>
        </w:rPr>
        <w:t>20</w:t>
      </w:r>
      <w:r w:rsidR="00FD3F85">
        <w:rPr>
          <w:rFonts w:hint="eastAsia"/>
          <w:lang w:eastAsia="ja-JP"/>
        </w:rPr>
        <w:t>27</w:t>
      </w:r>
      <w:r w:rsidR="00D374BF">
        <w:rPr>
          <w:lang w:eastAsia="ja-JP"/>
        </w:rPr>
        <w:t>年</w:t>
      </w:r>
      <w:r w:rsidR="00572DEB">
        <w:rPr>
          <w:rFonts w:hint="eastAsia"/>
          <w:lang w:eastAsia="ja-JP"/>
        </w:rPr>
        <w:t>3</w:t>
      </w:r>
      <w:r w:rsidR="00D374BF">
        <w:rPr>
          <w:lang w:eastAsia="ja-JP"/>
        </w:rPr>
        <w:t>月</w:t>
      </w:r>
      <w:r w:rsidR="00D374BF">
        <w:rPr>
          <w:lang w:eastAsia="ja-JP"/>
        </w:rPr>
        <w:t>31</w:t>
      </w:r>
      <w:r w:rsidR="00D374BF">
        <w:rPr>
          <w:lang w:eastAsia="ja-JP"/>
        </w:rPr>
        <w:t>日</w:t>
      </w:r>
    </w:p>
    <w:p w14:paraId="77560538" w14:textId="77777777" w:rsidR="009950A8" w:rsidRDefault="002C6BF9">
      <w:pPr>
        <w:pStyle w:val="31"/>
        <w:rPr>
          <w:lang w:eastAsia="ja-JP"/>
        </w:rPr>
      </w:pPr>
      <w:r>
        <w:rPr>
          <w:lang w:eastAsia="ja-JP"/>
        </w:rPr>
        <w:t xml:space="preserve">④ </w:t>
      </w:r>
      <w:r>
        <w:rPr>
          <w:lang w:eastAsia="ja-JP"/>
        </w:rPr>
        <w:t>抽出項目</w:t>
      </w:r>
    </w:p>
    <w:p w14:paraId="3A132C68" w14:textId="58F1DFB5" w:rsidR="0035647D" w:rsidRPr="0035647D" w:rsidRDefault="0035647D" w:rsidP="009D10CA">
      <w:pPr>
        <w:rPr>
          <w:lang w:eastAsia="ja-JP"/>
        </w:rPr>
      </w:pPr>
      <w:r>
        <w:rPr>
          <w:lang w:eastAsia="ja-JP"/>
        </w:rPr>
        <w:t>本研究では</w:t>
      </w:r>
      <w:r w:rsidR="002F05D1">
        <w:rPr>
          <w:rFonts w:hint="eastAsia"/>
          <w:lang w:eastAsia="ja-JP"/>
        </w:rPr>
        <w:t>，</w:t>
      </w:r>
      <w:r>
        <w:rPr>
          <w:lang w:eastAsia="ja-JP"/>
        </w:rPr>
        <w:t>以下の</w:t>
      </w:r>
      <w:r w:rsidR="002F05D1" w:rsidRPr="002F05D1">
        <w:rPr>
          <w:lang w:eastAsia="ja-JP"/>
        </w:rPr>
        <w:t>業務記録</w:t>
      </w:r>
      <w:r>
        <w:rPr>
          <w:lang w:eastAsia="ja-JP"/>
        </w:rPr>
        <w:t>情報を使用します。</w:t>
      </w:r>
    </w:p>
    <w:p w14:paraId="56C2DC39" w14:textId="77777777" w:rsidR="00595A9A" w:rsidRDefault="00595A9A" w:rsidP="00595A9A">
      <w:pPr>
        <w:rPr>
          <w:lang w:eastAsia="ja-JP"/>
        </w:rPr>
      </w:pPr>
      <w:r>
        <w:rPr>
          <w:rFonts w:hint="eastAsia"/>
          <w:lang w:eastAsia="ja-JP"/>
        </w:rPr>
        <w:lastRenderedPageBreak/>
        <w:t>年齢，性別，検査日，検査実施時刻，入外区分，依頼診療科，検査種別，検査区分，緊急検査の有無，至急読影の有無，夜間検査の有無，画像診断業務記録上の通知記録の有無。</w:t>
      </w:r>
    </w:p>
    <w:p w14:paraId="42236EC0" w14:textId="77777777" w:rsidR="00595A9A" w:rsidRDefault="00595A9A" w:rsidP="00595A9A">
      <w:pPr>
        <w:rPr>
          <w:lang w:eastAsia="ja-JP"/>
        </w:rPr>
      </w:pPr>
      <w:r>
        <w:rPr>
          <w:rFonts w:hint="eastAsia"/>
          <w:lang w:eastAsia="ja-JP"/>
        </w:rPr>
        <w:t>通知記録の判定に必要な範囲で，通知事項欄，画像診断業務記録欄，放射線科内の業務記録欄を確認します。</w:t>
      </w:r>
    </w:p>
    <w:p w14:paraId="4EAA161D" w14:textId="77777777" w:rsidR="00595A9A" w:rsidRDefault="00595A9A" w:rsidP="00595A9A">
      <w:pPr>
        <w:rPr>
          <w:lang w:eastAsia="ja-JP"/>
        </w:rPr>
      </w:pPr>
      <w:r>
        <w:rPr>
          <w:rFonts w:hint="eastAsia"/>
          <w:lang w:eastAsia="ja-JP"/>
        </w:rPr>
        <w:t>※新たな検査，治療，追加の医療行為は一切行いません。</w:t>
      </w:r>
    </w:p>
    <w:p w14:paraId="6E1F359E" w14:textId="77777777" w:rsidR="00595A9A" w:rsidRDefault="00595A9A" w:rsidP="00595A9A">
      <w:pPr>
        <w:rPr>
          <w:lang w:eastAsia="ja-JP"/>
        </w:rPr>
      </w:pPr>
      <w:r>
        <w:rPr>
          <w:rFonts w:hint="eastAsia"/>
          <w:lang w:eastAsia="ja-JP"/>
        </w:rPr>
        <w:t>※画像そのものの再評価は行いません。</w:t>
      </w:r>
    </w:p>
    <w:p w14:paraId="08AED87E" w14:textId="3E58DB7F" w:rsidR="009950A8" w:rsidRDefault="00595A9A" w:rsidP="00595A9A">
      <w:pPr>
        <w:rPr>
          <w:lang w:eastAsia="ja-JP"/>
        </w:rPr>
      </w:pPr>
      <w:r>
        <w:rPr>
          <w:rFonts w:hint="eastAsia"/>
          <w:lang w:eastAsia="ja-JP"/>
        </w:rPr>
        <w:t>※診療録本文，診療経過，治療内容，患者さんの転帰は評価しません。</w:t>
      </w:r>
    </w:p>
    <w:p w14:paraId="36B4072E" w14:textId="77777777" w:rsidR="009950A8" w:rsidRDefault="002C6BF9">
      <w:pPr>
        <w:pStyle w:val="31"/>
        <w:rPr>
          <w:lang w:eastAsia="ja-JP"/>
        </w:rPr>
      </w:pPr>
      <w:r>
        <w:rPr>
          <w:lang w:eastAsia="ja-JP"/>
        </w:rPr>
        <w:t xml:space="preserve">⑤ </w:t>
      </w:r>
      <w:r>
        <w:rPr>
          <w:lang w:eastAsia="ja-JP"/>
        </w:rPr>
        <w:t>個人情報等の保護について</w:t>
      </w:r>
    </w:p>
    <w:p w14:paraId="1FA92F7D" w14:textId="77777777" w:rsidR="00595A9A" w:rsidRDefault="00595A9A" w:rsidP="00595A9A">
      <w:pPr>
        <w:rPr>
          <w:lang w:eastAsia="ja-JP"/>
        </w:rPr>
      </w:pPr>
      <w:r>
        <w:rPr>
          <w:rFonts w:hint="eastAsia"/>
          <w:lang w:eastAsia="ja-JP"/>
        </w:rPr>
        <w:t>本研究で使用する情報は，研究専用の識別コードを付与したコード化情報として取り扱います。氏名，患者</w:t>
      </w:r>
      <w:r>
        <w:rPr>
          <w:rFonts w:hint="eastAsia"/>
          <w:lang w:eastAsia="ja-JP"/>
        </w:rPr>
        <w:t>ID</w:t>
      </w:r>
      <w:r>
        <w:rPr>
          <w:rFonts w:hint="eastAsia"/>
          <w:lang w:eastAsia="ja-JP"/>
        </w:rPr>
        <w:t>，生年月日，住所，電話番号など，個人を直接特定できる情報は解析用データには含めません。</w:t>
      </w:r>
    </w:p>
    <w:p w14:paraId="69C3BB22" w14:textId="01623F10" w:rsidR="009950A8" w:rsidRDefault="00595A9A" w:rsidP="00595A9A">
      <w:pPr>
        <w:rPr>
          <w:lang w:eastAsia="ja-JP"/>
        </w:rPr>
      </w:pPr>
      <w:r>
        <w:rPr>
          <w:rFonts w:hint="eastAsia"/>
          <w:lang w:eastAsia="ja-JP"/>
        </w:rPr>
        <w:t>研究用識別コードと個人情報を対応付ける照合表は，</w:t>
      </w:r>
      <w:r w:rsidR="00FD3F85" w:rsidRPr="00FD3F85">
        <w:rPr>
          <w:lang w:eastAsia="ja-JP"/>
        </w:rPr>
        <w:t>データ管理者</w:t>
      </w:r>
      <w:r>
        <w:rPr>
          <w:rFonts w:hint="eastAsia"/>
          <w:lang w:eastAsia="ja-JP"/>
        </w:rPr>
        <w:t>が厳重に管理し，解析用データとは別に保管します。研究結果は集計値として公表し，個人が特定される形で公表されることはありません。</w:t>
      </w:r>
    </w:p>
    <w:p w14:paraId="14EEEDC8" w14:textId="77777777" w:rsidR="009950A8" w:rsidRDefault="002C6BF9">
      <w:pPr>
        <w:pStyle w:val="31"/>
        <w:rPr>
          <w:lang w:eastAsia="ja-JP"/>
        </w:rPr>
      </w:pPr>
      <w:r>
        <w:rPr>
          <w:lang w:eastAsia="ja-JP"/>
        </w:rPr>
        <w:t xml:space="preserve">⑥ </w:t>
      </w:r>
      <w:r>
        <w:rPr>
          <w:lang w:eastAsia="ja-JP"/>
        </w:rPr>
        <w:t>研究結果の公表について</w:t>
      </w:r>
    </w:p>
    <w:p w14:paraId="2D24D0BF" w14:textId="6C894495" w:rsidR="009950A8" w:rsidRDefault="000E7986">
      <w:pPr>
        <w:rPr>
          <w:lang w:eastAsia="ja-JP"/>
        </w:rPr>
      </w:pPr>
      <w:r>
        <w:rPr>
          <w:lang w:eastAsia="ja-JP"/>
        </w:rPr>
        <w:t>本研究の結果は</w:t>
      </w:r>
      <w:r w:rsidR="002F05D1">
        <w:rPr>
          <w:rFonts w:hint="eastAsia"/>
          <w:lang w:eastAsia="ja-JP"/>
        </w:rPr>
        <w:t>，</w:t>
      </w:r>
      <w:r w:rsidR="00595A9A" w:rsidRPr="00595A9A">
        <w:rPr>
          <w:lang w:eastAsia="ja-JP"/>
        </w:rPr>
        <w:t>学術誌，学会，研究会等で公表される予定です。公表に際しては集計値のみを用い，個人を特定できる情報が公表されることはありません。</w:t>
      </w:r>
    </w:p>
    <w:p w14:paraId="786906FA" w14:textId="77777777" w:rsidR="009950A8" w:rsidRDefault="002C6BF9">
      <w:pPr>
        <w:pStyle w:val="31"/>
        <w:rPr>
          <w:lang w:eastAsia="ja-JP"/>
        </w:rPr>
      </w:pPr>
      <w:r>
        <w:rPr>
          <w:lang w:eastAsia="ja-JP"/>
        </w:rPr>
        <w:t xml:space="preserve">⑦ </w:t>
      </w:r>
      <w:r>
        <w:rPr>
          <w:lang w:eastAsia="ja-JP"/>
        </w:rPr>
        <w:t>問い合わせ先・相談窓口</w:t>
      </w:r>
    </w:p>
    <w:p w14:paraId="627993E8" w14:textId="77777777" w:rsidR="00595A9A" w:rsidRDefault="00595A9A">
      <w:pPr>
        <w:rPr>
          <w:lang w:eastAsia="ja-JP"/>
        </w:rPr>
      </w:pPr>
      <w:r w:rsidRPr="00595A9A">
        <w:rPr>
          <w:lang w:eastAsia="ja-JP"/>
        </w:rPr>
        <w:t>本研究に関するお問い合わせ・ご相談，または研究への情報利用を希望されない場合は，下記までご連絡ください。</w:t>
      </w:r>
    </w:p>
    <w:p w14:paraId="50E0B8FD" w14:textId="77777777" w:rsidR="00595A9A" w:rsidRDefault="00595A9A">
      <w:pPr>
        <w:rPr>
          <w:lang w:eastAsia="ja-JP"/>
        </w:rPr>
      </w:pPr>
    </w:p>
    <w:p w14:paraId="042234B2" w14:textId="6D2C2051" w:rsidR="009950A8" w:rsidRDefault="002C6BF9">
      <w:pPr>
        <w:rPr>
          <w:lang w:eastAsia="ja-JP"/>
        </w:rPr>
      </w:pPr>
      <w:r>
        <w:rPr>
          <w:lang w:eastAsia="ja-JP"/>
        </w:rPr>
        <w:t>聖マリアンナ医科大学病院　放射線診断・</w:t>
      </w:r>
      <w:r>
        <w:rPr>
          <w:lang w:eastAsia="ja-JP"/>
        </w:rPr>
        <w:t>IVR</w:t>
      </w:r>
      <w:r>
        <w:rPr>
          <w:lang w:eastAsia="ja-JP"/>
        </w:rPr>
        <w:t>科</w:t>
      </w:r>
      <w:r>
        <w:rPr>
          <w:lang w:eastAsia="ja-JP"/>
        </w:rPr>
        <w:br/>
      </w:r>
      <w:r>
        <w:rPr>
          <w:lang w:eastAsia="ja-JP"/>
        </w:rPr>
        <w:t>住所：〒</w:t>
      </w:r>
      <w:r>
        <w:rPr>
          <w:lang w:eastAsia="ja-JP"/>
        </w:rPr>
        <w:t xml:space="preserve">216-8511 </w:t>
      </w:r>
      <w:r>
        <w:rPr>
          <w:lang w:eastAsia="ja-JP"/>
        </w:rPr>
        <w:t>神奈川県川崎市宮前区菅生</w:t>
      </w:r>
      <w:r>
        <w:rPr>
          <w:lang w:eastAsia="ja-JP"/>
        </w:rPr>
        <w:t>2-16-1</w:t>
      </w:r>
      <w:r>
        <w:rPr>
          <w:lang w:eastAsia="ja-JP"/>
        </w:rPr>
        <w:br/>
      </w:r>
      <w:r>
        <w:rPr>
          <w:lang w:eastAsia="ja-JP"/>
        </w:rPr>
        <w:t>電話：</w:t>
      </w:r>
      <w:r>
        <w:rPr>
          <w:lang w:eastAsia="ja-JP"/>
        </w:rPr>
        <w:t>044-977-8111</w:t>
      </w:r>
      <w:r>
        <w:rPr>
          <w:lang w:eastAsia="ja-JP"/>
        </w:rPr>
        <w:t>（代表）</w:t>
      </w:r>
      <w:r>
        <w:rPr>
          <w:lang w:eastAsia="ja-JP"/>
        </w:rPr>
        <w:br/>
      </w:r>
      <w:r>
        <w:rPr>
          <w:lang w:eastAsia="ja-JP"/>
        </w:rPr>
        <w:t>担当医師：原</w:t>
      </w:r>
      <w:r>
        <w:rPr>
          <w:lang w:eastAsia="ja-JP"/>
        </w:rPr>
        <w:t xml:space="preserve"> </w:t>
      </w:r>
      <w:r>
        <w:rPr>
          <w:lang w:eastAsia="ja-JP"/>
        </w:rPr>
        <w:t>武史</w:t>
      </w:r>
      <w:r>
        <w:rPr>
          <w:lang w:eastAsia="ja-JP"/>
        </w:rPr>
        <w:br/>
      </w:r>
      <w:r>
        <w:rPr>
          <w:lang w:eastAsia="ja-JP"/>
        </w:rPr>
        <w:t>対応時間：平日</w:t>
      </w:r>
      <w:r>
        <w:rPr>
          <w:lang w:eastAsia="ja-JP"/>
        </w:rPr>
        <w:t xml:space="preserve"> 9:00</w:t>
      </w:r>
      <w:r>
        <w:rPr>
          <w:lang w:eastAsia="ja-JP"/>
        </w:rPr>
        <w:t>～</w:t>
      </w:r>
      <w:r>
        <w:rPr>
          <w:lang w:eastAsia="ja-JP"/>
        </w:rPr>
        <w:t>17:00</w:t>
      </w:r>
    </w:p>
    <w:p w14:paraId="2F4C53BA" w14:textId="77777777" w:rsidR="009950A8" w:rsidRDefault="002C6BF9">
      <w:pPr>
        <w:pStyle w:val="31"/>
        <w:rPr>
          <w:lang w:eastAsia="ja-JP"/>
        </w:rPr>
      </w:pPr>
      <w:r>
        <w:rPr>
          <w:lang w:eastAsia="ja-JP"/>
        </w:rPr>
        <w:t>【研究機関名及び本学の研究責任者氏名】</w:t>
      </w:r>
    </w:p>
    <w:p w14:paraId="1E34CFDA" w14:textId="77777777" w:rsidR="009950A8" w:rsidRDefault="002C6BF9">
      <w:pPr>
        <w:rPr>
          <w:lang w:eastAsia="ja-JP"/>
        </w:rPr>
      </w:pPr>
      <w:r>
        <w:rPr>
          <w:lang w:eastAsia="ja-JP"/>
        </w:rPr>
        <w:t>研究機関：聖マリアンナ医科大学病院</w:t>
      </w:r>
      <w:r>
        <w:rPr>
          <w:lang w:eastAsia="ja-JP"/>
        </w:rPr>
        <w:t xml:space="preserve"> </w:t>
      </w:r>
      <w:r>
        <w:rPr>
          <w:lang w:eastAsia="ja-JP"/>
        </w:rPr>
        <w:t>放射線診断・</w:t>
      </w:r>
      <w:r>
        <w:rPr>
          <w:lang w:eastAsia="ja-JP"/>
        </w:rPr>
        <w:t>IVR</w:t>
      </w:r>
      <w:r>
        <w:rPr>
          <w:lang w:eastAsia="ja-JP"/>
        </w:rPr>
        <w:t>科</w:t>
      </w:r>
      <w:r>
        <w:rPr>
          <w:lang w:eastAsia="ja-JP"/>
        </w:rPr>
        <w:br/>
      </w:r>
      <w:r>
        <w:rPr>
          <w:lang w:eastAsia="ja-JP"/>
        </w:rPr>
        <w:t>研究責任者：原</w:t>
      </w:r>
      <w:r>
        <w:rPr>
          <w:lang w:eastAsia="ja-JP"/>
        </w:rPr>
        <w:t xml:space="preserve"> </w:t>
      </w:r>
      <w:r>
        <w:rPr>
          <w:lang w:eastAsia="ja-JP"/>
        </w:rPr>
        <w:t>武史（医長）</w:t>
      </w:r>
    </w:p>
    <w:sectPr w:rsidR="009950A8" w:rsidSect="00034616">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350D67" w14:textId="77777777" w:rsidR="009004B5" w:rsidRDefault="009004B5" w:rsidP="004414E0">
      <w:pPr>
        <w:spacing w:after="0" w:line="240" w:lineRule="auto"/>
      </w:pPr>
      <w:r>
        <w:separator/>
      </w:r>
    </w:p>
  </w:endnote>
  <w:endnote w:type="continuationSeparator" w:id="0">
    <w:p w14:paraId="008400D6" w14:textId="77777777" w:rsidR="009004B5" w:rsidRDefault="009004B5" w:rsidP="004414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0C7FB2" w14:textId="77777777" w:rsidR="009004B5" w:rsidRDefault="009004B5" w:rsidP="004414E0">
      <w:pPr>
        <w:spacing w:after="0" w:line="240" w:lineRule="auto"/>
      </w:pPr>
      <w:r>
        <w:separator/>
      </w:r>
    </w:p>
  </w:footnote>
  <w:footnote w:type="continuationSeparator" w:id="0">
    <w:p w14:paraId="2BDBE397" w14:textId="77777777" w:rsidR="009004B5" w:rsidRDefault="009004B5" w:rsidP="004414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051A6858"/>
    <w:multiLevelType w:val="multilevel"/>
    <w:tmpl w:val="AD7E6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08513F3"/>
    <w:multiLevelType w:val="multilevel"/>
    <w:tmpl w:val="F4BED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02890997">
    <w:abstractNumId w:val="8"/>
  </w:num>
  <w:num w:numId="2" w16cid:durableId="1364331105">
    <w:abstractNumId w:val="6"/>
  </w:num>
  <w:num w:numId="3" w16cid:durableId="1069309646">
    <w:abstractNumId w:val="5"/>
  </w:num>
  <w:num w:numId="4" w16cid:durableId="859658089">
    <w:abstractNumId w:val="4"/>
  </w:num>
  <w:num w:numId="5" w16cid:durableId="2095737528">
    <w:abstractNumId w:val="7"/>
  </w:num>
  <w:num w:numId="6" w16cid:durableId="163784095">
    <w:abstractNumId w:val="3"/>
  </w:num>
  <w:num w:numId="7" w16cid:durableId="1649901565">
    <w:abstractNumId w:val="2"/>
  </w:num>
  <w:num w:numId="8" w16cid:durableId="826095459">
    <w:abstractNumId w:val="1"/>
  </w:num>
  <w:num w:numId="9" w16cid:durableId="208079677">
    <w:abstractNumId w:val="0"/>
  </w:num>
  <w:num w:numId="10" w16cid:durableId="1089765166">
    <w:abstractNumId w:val="10"/>
  </w:num>
  <w:num w:numId="11" w16cid:durableId="148727970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5C39"/>
    <w:rsid w:val="00034616"/>
    <w:rsid w:val="00045F07"/>
    <w:rsid w:val="0006063C"/>
    <w:rsid w:val="00062BC4"/>
    <w:rsid w:val="000A1C88"/>
    <w:rsid w:val="000C4F0D"/>
    <w:rsid w:val="000E7986"/>
    <w:rsid w:val="000F1B44"/>
    <w:rsid w:val="001178A2"/>
    <w:rsid w:val="0015074B"/>
    <w:rsid w:val="00176CD2"/>
    <w:rsid w:val="001D3569"/>
    <w:rsid w:val="002430DD"/>
    <w:rsid w:val="00256D38"/>
    <w:rsid w:val="0029639D"/>
    <w:rsid w:val="002C6BF9"/>
    <w:rsid w:val="002F05D1"/>
    <w:rsid w:val="00326F90"/>
    <w:rsid w:val="003451FE"/>
    <w:rsid w:val="0035647D"/>
    <w:rsid w:val="003B0BCA"/>
    <w:rsid w:val="003D2373"/>
    <w:rsid w:val="004414E0"/>
    <w:rsid w:val="00473BE8"/>
    <w:rsid w:val="004870B9"/>
    <w:rsid w:val="00495BBF"/>
    <w:rsid w:val="004A6DE7"/>
    <w:rsid w:val="004D4B83"/>
    <w:rsid w:val="00551DFD"/>
    <w:rsid w:val="00562170"/>
    <w:rsid w:val="00572DEB"/>
    <w:rsid w:val="00592E67"/>
    <w:rsid w:val="00595093"/>
    <w:rsid w:val="00595A9A"/>
    <w:rsid w:val="005A6037"/>
    <w:rsid w:val="005B3649"/>
    <w:rsid w:val="005E5B9C"/>
    <w:rsid w:val="00670A71"/>
    <w:rsid w:val="006A4FE4"/>
    <w:rsid w:val="007746EE"/>
    <w:rsid w:val="00817B42"/>
    <w:rsid w:val="00837972"/>
    <w:rsid w:val="00863189"/>
    <w:rsid w:val="009004B5"/>
    <w:rsid w:val="0091369B"/>
    <w:rsid w:val="0096255C"/>
    <w:rsid w:val="009950A8"/>
    <w:rsid w:val="009D10CA"/>
    <w:rsid w:val="009D3931"/>
    <w:rsid w:val="00A518A3"/>
    <w:rsid w:val="00A75874"/>
    <w:rsid w:val="00A9366A"/>
    <w:rsid w:val="00AA1D8D"/>
    <w:rsid w:val="00AA4085"/>
    <w:rsid w:val="00AB7E63"/>
    <w:rsid w:val="00AD1590"/>
    <w:rsid w:val="00AE0F4F"/>
    <w:rsid w:val="00B1060B"/>
    <w:rsid w:val="00B21096"/>
    <w:rsid w:val="00B47730"/>
    <w:rsid w:val="00B50EB8"/>
    <w:rsid w:val="00B51FAB"/>
    <w:rsid w:val="00B71BB1"/>
    <w:rsid w:val="00B83135"/>
    <w:rsid w:val="00BB13D2"/>
    <w:rsid w:val="00BE0976"/>
    <w:rsid w:val="00C92CD2"/>
    <w:rsid w:val="00CB0664"/>
    <w:rsid w:val="00CB7AF5"/>
    <w:rsid w:val="00CD1DEC"/>
    <w:rsid w:val="00CD2553"/>
    <w:rsid w:val="00CE0C93"/>
    <w:rsid w:val="00CE5C46"/>
    <w:rsid w:val="00D05D44"/>
    <w:rsid w:val="00D1485D"/>
    <w:rsid w:val="00D21235"/>
    <w:rsid w:val="00D26EFF"/>
    <w:rsid w:val="00D341DD"/>
    <w:rsid w:val="00D374BF"/>
    <w:rsid w:val="00D70F32"/>
    <w:rsid w:val="00D938E1"/>
    <w:rsid w:val="00DA43F2"/>
    <w:rsid w:val="00DF7A92"/>
    <w:rsid w:val="00E203E5"/>
    <w:rsid w:val="00E747CE"/>
    <w:rsid w:val="00E92AB0"/>
    <w:rsid w:val="00EA0CC8"/>
    <w:rsid w:val="00EF7128"/>
    <w:rsid w:val="00F15DD4"/>
    <w:rsid w:val="00F4490F"/>
    <w:rsid w:val="00F53F1C"/>
    <w:rsid w:val="00F626CA"/>
    <w:rsid w:val="00FC693F"/>
    <w:rsid w:val="00FD3F85"/>
    <w:rsid w:val="00FE614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3FBCF810"/>
  <w14:defaultImageDpi w14:val="300"/>
  <w15:docId w15:val="{D421945F-E84F-41FE-A539-0351B9CC4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Web">
    <w:name w:val="Normal (Web)"/>
    <w:basedOn w:val="a1"/>
    <w:uiPriority w:val="99"/>
    <w:semiHidden/>
    <w:unhideWhenUsed/>
    <w:rsid w:val="00AB7E63"/>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714</Words>
  <Characters>743</Characters>
  <Application>Microsoft Office Word</Application>
  <DocSecurity>0</DocSecurity>
  <Lines>32</Lines>
  <Paragraphs>31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1426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Takeshi Hara</cp:lastModifiedBy>
  <cp:revision>11</cp:revision>
  <dcterms:created xsi:type="dcterms:W3CDTF">2026-06-23T23:28:00Z</dcterms:created>
  <dcterms:modified xsi:type="dcterms:W3CDTF">2026-07-25T15:07:00Z</dcterms:modified>
  <cp:category/>
</cp:coreProperties>
</file>